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הנקרא, תוכן ולשון דרך סיפורים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הבנת הנקרא ואוצר מילים דרך 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תהליך טבעי (מחזור המים) ולתאר אותו בשפה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במילות קישור לבניית פסקה קוהרנטית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תהליך כתיבה מובנה משלב הרעיון ועד הבדיקה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יום ראשון בכיתה חדשה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לחוצה ומפחדת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ניגשה אליה והציעה שתבוא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סבבה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יום ראשון בכיתה חדשה –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(כבר 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(פעם חזק, מהתרגשות)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 מנוחה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(כניסה לחצר)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(התקרבה)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יום ראשון בכיתה חדשה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חששה שלא תבין את השפה או תרגיש לא שייכת לכיתה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נועה אדיבה, יוזמת ועוזרת לתלמידה חדשה להרגיש שייכת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החלק הקשה של ההתחלה כבר עבר, ומאיה כבר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שמציעה עזרה, חברות או היכרות עם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מחזור המים בטבע – הכרת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טיפה על עלה ליד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אידוי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מחזור המים בטבע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הטיפה מתאדה והופכת לאד, ורק אחר כך האד מצטרף לענן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הכתובית שמופיעה כשהאד מצטרף לענן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מחזור המים בטבע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מחזור המים בטבע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(הטיפה הופכת לאד ועולה כלפי 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(האד מתקבץ לענן לבן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(הענן מאפיר והגשם יורד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(טיפות הגשם זורמות אל הנהר)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עלייה וחוסן: המזוודה של סבתא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כ-60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בת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עלייה וחוסן: המזוודה של סבתא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בסצנה הראשונה מתואר בדיוק מצב כזה.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בסיפור נאמר שכל מה שהיה לה נכנס במזוודה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עלייה וחוסן: המזוודה של סבתא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סיפור עלייה וחוסן: המזוודה של סבתא – חפצים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(זיכרון מהמקום שהיא עזבה)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(קשר לעבר שכבר לא קיים)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(לימוד השפה העברית)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(הרצון למצוא קשר וחברות במקום החדש)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(עזרה של שכנה, מורה וחברה)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 ולכידות הטקסט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מילות קישור ולכידות הטקסט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אבל מציינת שני רעיונות שונים או מנוגדים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בנוסף מוסיפה פרט נוסף על מה שכבר נאמר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מילות קישור ולכידות הטקסט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מילות קישור ולכידות הטקסט – התאמה בין 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(מביעה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(מביעה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(מביעה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(מביעה תוספת)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מסע כתיבה: מרעיון לטיוטה מתוקנת – מה למדנו על האפליקציה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מסך אחד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בחירת נושא וחשיבה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משפטים קצרים ובנק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מכתב לתלמיד/ה שעלה/תה לארץ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מסע כתיבה: מרעיון לטיוטה מתוקנת – התאמת רמה ותחנה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(משפטים קצרים ובנק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(מילות קישור ומבנה פסקאות)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(בחירת נושא וחשיבה ראשונית)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(שפה עשירה וטיעון נגדי)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(רשימת 'בדקתי ש...' לפני הגשה)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מסע כתיבה: מרעיון לטיוטה מתוקנת – כותבים ובודקים כמו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וברור, למשל: שלום, שמי... ואני רוצה לספר לך על הכיתה שלנו.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מפותח עם תיאור ורגש, המשתמש במילות קישור ותיאורים.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מאפשר התאמה אישית לפי קושי המשימה ומעודד התקדמות הדרגתית.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בדקתי שיש פתיחה וסיום, בדקתי שאין שגיאות כתיב.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לחוצה ומפחדת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ליוותה אותה לכיתה והראתה לה איפה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מתאדה והופכת לאד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תמונה ומפתח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זכירה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 קטן של חברות (כמו ליווי לכיתה) עוזר לתלמיד/ה חדש/ה להתגבר על הפחד ולהרגיש שייכות - זה המסר המרכזי של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בשני המקרים יש תהליך הדרגתי של שינוי: הטיפה עוברת צורה (מים-אד-עננים-גשם) וסבתא עוברת תהליך הסתגלות (קושי, לימוד שפה, עזרה מאחרים) - שניהם מגיעים למקום חדש בסוף 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ציד מילים (ירוק-זכירה), כי רק מזהים מילים; התאמה (ירוק/צהוב), כי צריך גם להבין משמעות; יצירת טקסט עם מילות קישור (אדום-יצירה), כי צריך להשתמש וליצור באופן עצמאי.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הסדר הנכון: אידוי, עננים, גשם, זרימה לנהר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בין החפץ לזיכרון או לקושי שהסבתא עברה בעלייה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שהמילים מתאימות למשמעות (סיבה, ניגוד, תוספת) ולא רק מופיעות באקראי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עד ארבעה מפגשים –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בקריאה אפשר לקרוא את הטקסטים בקול בכיתה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הכתיבה אפשר לתת לתלמידים לבחור רמת קושי שונה לכל תחנה בתהליך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בשיחה קצרה בכיתה על השאלות הפתוחות כדי לחזק הבנה 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הנקרא, תוכן ולשון דרך סיפורים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סיפורים קצרים ושאלות. קראו כל טקסט לאט, ואז ענו על השאלות שאחריו. אפשר לעצור ולחזור אם צריך.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 המים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התהליך שבו מים עולים לשמיים, הופכים לעננים ויורדים כגשם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מים נוזליים לאדים בחום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והתיישבות של יהודים בארץ 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המחברת בין רעיונות במשפט או בפסקה, כמו לכן או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להבין משמעות טקסט ולענות עליו בשאלות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ראשונית של טקסט לפני תיקון ושיפור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מופיעים הרעיונות בפסקה – פתיחה, גוף וסיכום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הסקת מסקנות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הבנה של דבר שלא נכתב במפורש בטקסט, מתוך רמזים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שאדם מכיר ומבין משמעותן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יום ראשון בכיתה חדשה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מאיה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מאיה הרגישה בשער?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משועממת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 ורגועה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לחוצה ומפחדת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נועה עשתה?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התעלמה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ניגשה אליה והציעה שתבוא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קראה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צחקה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הן אכלו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השער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בדרך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נועה לימדה?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ברוכה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יום ראשון בכיתה חדשה –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מאחוריה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התקרבה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דפק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כניסה לחצר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כבר 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מנוחה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פעם חזק, מהתרגשות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יום ראשון בכיתה חדשה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מאיה פחדה ליד השער? כתבו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ללמוד על אופיה של נועה מהמעשים שלה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 הכוונה במשפט הצעד הראשון כבר מאחוריה.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2-3 משפטים: מה הייתם אומרים לתלמיד או תלמידה חדשים ביום הראשון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מחזור המים בטבע – הכרת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הטיפה נמצאת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טיפה על עלה ליד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טיפה בתוך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טיפה בנהר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טיפה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מחמם את הטיפה?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התהליך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אידוי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קיפאון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מחזור המים בטבע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הטיפה הופכת לענן ישר בלי שלב של אד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הסרטון מופיעה השאלה: לאן נעלמה הטיפה?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מחזור המים בטבע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הטיפה המתאדה מצטרפת ל__________ לבן ותפוח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כשהענן גדל ומאפיר, יורד __________ על הגבעות והעיירה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מחזור המים בטבע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אידוי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טיפות הגשם זורמות אל הנהר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הצטרפות לענן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הענן מאפיר והגשם יורד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משקעים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 מתקבץ לענן לבן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זרימה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הטיפה הופכת לאד ועולה כלפי 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 עלייה וחוסן: המזוודה של סבתא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 כמה הייתה הסבתא?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המילה הראשונה שכתבה?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עלייה וחוסן: המזוודה של סבתא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מתחיל בעליית הגג, כשמוצאים מזוודה ישנה מכוסה אבק.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לסבתא היו הרבה מזוודות גדולות כשעלתה לארץ.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עלייה וחוסן: המזוודה של סבתא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בתוך המזוודה הייתה תמונה של הבית הישן ו-__________ שכבר לא פותח שום דלת.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סיפור עלייה וחוסן: המזוודה של סבתא – חפצים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תמונה של הבית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לימוד השפה העברית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מפתח שלא פותח שום 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זיכרון מהמקום שהיא עזבה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מחברת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קשר לעבר שכבר לא 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המילה 'חבר'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עזרה של שכנה, מורה וחברה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דמויות מושיטות יד זו לזו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הרצון למצוא קשר וחברות במקום החדש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מילות קישור ולכידות הטקסט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מסבירה למה משהו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"לכן" מראה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מילות קישור ולכידות הטקסט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"אבל" מבטאת ניגוד בין שני חלקים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"בנוסף" משמשת להוספת מידע חדש למשפט 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מילות קישור ולכידות הטקסט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אוהב לקרוא, __________ אין לי הרבה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מילות קישור ולכידות הטקסט – התאמה בין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מביעה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מביעה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מביעה תוספת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מביעה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מסע כתיבה: מרעיון לטיוטה מתוקנת – מה למדנו על האפליקציה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יש באפליקציה?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תרגיל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מסך אחד באפליקציה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קצר על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בתחנה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בחירת נושא וחשיבה ראשונית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תיקון 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הפסקה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הדפסת הטקסט המוכן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ברמה הקלה?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טיעון נגדי ושפה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משפטים קצרים ובנק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מילות קישור מורכבות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ציטוטים ממקורות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חיבור אפשר לתרגל?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לתלמיד/ה שעלה/תה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מסע כתיבה: מרעיון לטיוטה מתוקנת – התאמת רמה ותחנה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שפה עשירה וטיעון נגדי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בינוני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משפטים קצרים ובנק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תחנת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רשימת 'בדקתי ש...' לפני הגשה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מילות קישור ומבנה פסקאות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תחנת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בחירת נושא וחשיבה ראשונית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מסע כתיבה: מרעיון לטיוטה מתוקנת – כותבים ובודקים כמו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לרמה 'פשוט' למכתב לתלמיד/ה שעלה/תה לארץ.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פתיחה לאותו נושא ברמה 'מתקדם', בשפה עשירה יותר.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היתרון בכך שתלמיד יכול לעבור רמה באמצע הכתיבה?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פריטים לרשימת בדיקה ('בדקתי ש...') לפני הגשת חיבור אישי.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מאיה הרגישה כשהגיעה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לחוצה ומפחדת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משועממת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נועה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התעלמה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ליוותה אותה לכיתה והראתה לה איפה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קראה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לה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לטיפה בשמש?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קופאת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מתאדה והופכת לאד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נעלמת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האד הולך?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סבתא כתבה במחברת?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סבתא שמרה במזוודה?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ומפתח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יש בשורה העליונה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רמות יש באפליקציה?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הקשר בין המעשה של נועה לבין המסר של הסיפור 'יום ראשון בכיתה חדשה'? כתבו 2-3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מסע הטיפה (אידוי, עננים, גשם) לבין מסע ההסתגלות של סבתא לארץ חדשה. מה דומה בין שני ה'מסעות'? כתבו פסקה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משימה אחת מכל רמה בלוח האיקס-עיגול בנושא מילות קישור, וכתבו למה כל משימה מתאימה לרמת החשיבה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לספר במילים שלי את שלבי מחזור המים?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למה חפץ מסוים בסיפור המזוודה היה חשוב לסבתא?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להשתמש לפחות בשלוש מילות קישור שונות בפסקה שכתבתי?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הבנת הנקרא, תוכן ולשון דרך סיפורים ומשימות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